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052B5F"/>
          <w:sz w:val="32"/>
        </w:rPr>
        <w:t>INFORMATIVA PRIVACY FORMAZIONE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Informativa brandizzata e compilabile con sezione finale di presa visione. Testo operativo da pubblicare/allegare ai moduli e da verificare internamente con il registro trattamenti.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TITOLARE DEL TRATTAMENTO</w:t>
      </w:r>
    </w:p>
    <w:p>
      <w:pPr>
        <w:spacing w:after="60"/>
      </w:pPr>
      <w:r>
        <w:rPr>
          <w:b w:val="0"/>
          <w:i w:val="0"/>
          <w:color w:val="17212B"/>
          <w:sz w:val="17"/>
        </w:rPr>
        <w:t>Titolare del trattamento: ADR Europa S.r.l. - Via Terenzio, 21, scala B, int. 2 - 00193 Roma - e-mail segreteria@adreuropa.it - PEC adr@pec.adreuropa.it - sito www.adreuropa.it.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FINALITÀ DEL TRATTAMENTO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gestione iscrizioni, presenze, attestazioni e comunicazioni relative ai corsi;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adempimenti normativi, amministrativi, fiscali e contabili dell’ente di formazione;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organizzazione di sessioni, verifiche, materiali didattici e comunicazioni operative;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conservazione documentale nei termini previsti dalla normativa applicabile.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BASE GIURIDICA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esecuzione di misure precontrattuali o contrattuali richieste dall’interessato;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adempimento di obblighi di legge;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legittimo interesse del Titolare alla corretta gestione amministrativa e difensiva;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consenso, quando richiesto per specifiche finalità ulteriori.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CATEGORIE DI DATI TRATTATI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dati identificativi, anagrafici e di contatto;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dati fiscali e di fatturazione;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dati contenuti negli atti e nei documenti prodotti dall’interessato o dai suoi rappresentanti;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eventuali categorie particolari di dati solo se strettamente necessarie rispetto alla finalità dichiarata.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COMUNICAZIONE, CONSERVAZIONE E DIRITTI</w:t>
      </w:r>
    </w:p>
    <w:p>
      <w:pPr>
        <w:spacing w:after="60"/>
      </w:pPr>
      <w:r>
        <w:rPr>
          <w:b w:val="0"/>
          <w:i w:val="0"/>
          <w:color w:val="17212B"/>
          <w:sz w:val="17"/>
        </w:rPr>
        <w:t>I dati potranno essere comunicati a soggetti autorizzati, professionisti, fornitori tecnici, autorità e soggetti pubblici nei limiti necessari. L’interessato può esercitare i diritti previsti dagli artt. 15-22 GDPR scrivendo ai recapiti del Titolare. I dati sono conservati per il tempo necessario alle finalità indicate e agli obblighi di legge.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PRESA VISIONE - COMPILABILE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Nome e cognome / Denominazione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Codice fiscale / P. IVA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after="60"/>
      </w:pPr>
      <w:r>
        <w:rPr>
          <w:b w:val="0"/>
          <w:i w:val="0"/>
          <w:color w:val="17212B"/>
          <w:sz w:val="16"/>
        </w:rPr>
        <w:t xml:space="preserve">☐ Dichiaro di aver letto e compreso la presente informativa privacy   </w:t>
      </w:r>
      <w:r>
        <w:rPr>
          <w:b w:val="0"/>
          <w:i w:val="0"/>
          <w:color w:val="17212B"/>
          <w:sz w:val="16"/>
        </w:rPr>
        <w:t xml:space="preserve">☐ Acconsento al trattamento quando il consenso sia richiesto per specifiche finalità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Luogo e data</w:t>
              <w:br/>
              <w:br/>
              <w:t>_____________________________</w:t>
            </w:r>
          </w:p>
        </w:tc>
        <w:tc>
          <w:tcPr>
            <w:tcW w:type="dxa" w:w="5326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della parte</w:t>
              <w:br/>
              <w:br/>
              <w:t>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3"/>
      </w:rPr>
      <w:t>www.adreuropa.it | P.IVA/C.F. 14553571002 | Via Terenzio, 21, scala B, int. 2 - 00193 Roma | Tel. 0645542099 | segreteria@adreuropa.it | PEC adr@pec.adreuropa.it | Organismo di Mediazione iscritto al n. 1071 - Ministero della Giustizia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02"/>
      <w:gridCol w:w="5102"/>
    </w:tblGrid>
    <w:tr>
      <w:tc>
        <w:tcPr>
          <w:tcW w:type="dxa" w:w="3855"/>
        </w:tcPr>
        <w:p>
          <w:r>
            <w:drawing>
              <wp:inline xmlns:a="http://schemas.openxmlformats.org/drawingml/2006/main" xmlns:pic="http://schemas.openxmlformats.org/drawingml/2006/picture">
                <wp:extent cx="1944000" cy="87353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R_Europa_logo_2026_pulit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87353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50"/>
        </w:tcPr>
        <w:p>
          <w:pPr>
            <w:jc w:val="right"/>
          </w:pPr>
          <w:r>
            <w:rPr>
              <w:b/>
              <w:i w:val="0"/>
              <w:color w:val="052B5F"/>
              <w:sz w:val="24"/>
            </w:rPr>
            <w:t>INFORMATIVA PRIVACY FORMAZIONE</w:t>
          </w:r>
        </w:p>
        <w:p>
          <w:pPr>
            <w:jc w:val="right"/>
          </w:pPr>
          <w:r>
            <w:rPr>
              <w:b w:val="0"/>
              <w:i w:val="0"/>
              <w:color w:val="61707C"/>
              <w:sz w:val="15"/>
            </w:rPr>
            <w:t>Informativa ai sensi del Reg. UE 2016/679 e del D.Lgs. 196/2003 come modificato - versione 2026</w:t>
          </w:r>
        </w:p>
      </w:tc>
    </w:tr>
  </w:tbl>
  <w:p>
    <w:pPr>
      <w:jc w:val="center"/>
    </w:pPr>
    <w:r>
      <w:rPr>
        <w:b w:val="0"/>
        <w:i w:val="0"/>
        <w:color w:val="C8A23A"/>
        <w:sz w:val="12"/>
      </w:rPr>
      <w:t>──────────────────────────────────────────────────────────────────────────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