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COMUNICAZIONE DI ADESIONE AL PROCEDIMENTO DI MEDIAZIONE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Modulo aggiornato, brandizzato e compilabile. Da inviare con documento di identità, eventuale procura/delega e ricevuta di pagamento alla Segreteria ADR Europa.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DATI DEL PROCEDIMENTO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Procedimento di mediazione n.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Data incontro / convocazione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Parte istante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Parte convocata / aderente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DATI DELLA PARTE ADERENTE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Cognome e nome / Denominazione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Nato/a a - data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Residenza / sede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Via/Piazza - n. civico - CAP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Codice fiscale / P. IVA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 / cellulare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LEGALE RAPPRESENTANTE / DELEGATO / DIFENSORE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Qualifica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Legale rappresentante / procuratore / difensore / associazione consumatori / altro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Nome e cognome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Studio / sede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RECAPITI PER COMUNICAZIONI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Cellulare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 principale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 per comunicazioni ufficiali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DICHIARAZIONI</w:t>
      </w:r>
    </w:p>
    <w:p>
      <w:pPr>
        <w:spacing w:after="60"/>
      </w:pPr>
      <w:r>
        <w:rPr>
          <w:b w:val="0"/>
          <w:i w:val="0"/>
          <w:color w:val="17212B"/>
          <w:sz w:val="16"/>
        </w:rPr>
        <w:t xml:space="preserve">☐ Accetta di aderire all’incontro indicato da ADR Europa   </w:t>
      </w:r>
      <w:r>
        <w:rPr>
          <w:b w:val="0"/>
          <w:i w:val="0"/>
          <w:color w:val="17212B"/>
          <w:sz w:val="16"/>
        </w:rPr>
        <w:t xml:space="preserve">☐ Dichiara di aver preso visione di Regolamento e Tariffario   </w:t>
      </w:r>
      <w:r>
        <w:rPr>
          <w:b w:val="0"/>
          <w:i w:val="0"/>
          <w:color w:val="17212B"/>
          <w:sz w:val="16"/>
        </w:rPr>
        <w:t xml:space="preserve">☐ Allega procura/delega se necessaria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7"/>
              </w:rPr>
              <w:t>Sintetica descrizione della controversia / posizione della parte aderente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Valore economico indicativo della controversia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Euro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Documenti allegati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Elenco sintetico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DOCUMENTI RISERVATI AL SOLO MEDIATORE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7"/>
              </w:rPr>
              <w:t>Indicare eventuali documenti da mantenere riservati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PAGAMENTO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Bonifico intestato a ADR EUROPA SRL - Banca Popolare di Sondrio - IBAN IT60G0569603203000010229X94 - causale: nominativo e numero protocollo indicato nella convocazione. Inviare ricevuta a segreteria@adreuropa.it o adr@pec.adreuropa.it.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PRIVACY E CONSENSI</w:t>
      </w:r>
    </w:p>
    <w:p>
      <w:pPr>
        <w:spacing w:after="60"/>
      </w:pPr>
      <w:r>
        <w:rPr>
          <w:b w:val="0"/>
          <w:i w:val="0"/>
          <w:color w:val="17212B"/>
          <w:sz w:val="16"/>
        </w:rPr>
        <w:t xml:space="preserve">☐ Autorizzo il trattamento dei dati per l’organizzazione e l’espletamento del procedimento   </w:t>
      </w:r>
      <w:r>
        <w:rPr>
          <w:b w:val="0"/>
          <w:i w:val="0"/>
          <w:color w:val="17212B"/>
          <w:sz w:val="16"/>
        </w:rPr>
        <w:t xml:space="preserve">☐ Dichiaro di aver letto l’informativa privacy disponibile su www.adreuropa.it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Luogo e data</w:t>
              <w:br/>
              <w:br/>
              <w:t>_____________________________</w:t>
            </w:r>
          </w:p>
        </w:tc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della parte</w:t>
              <w:br/>
              <w:br/>
              <w:t>_____________________________</w:t>
            </w:r>
          </w:p>
        </w:tc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difensore / delegato</w:t>
              <w:br/>
              <w:br/>
              <w:t>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COMUNICAZIONE DI ADESIONE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Modulo compilabile - mediazione civile e commerciale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